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B92" w:rsidRDefault="0065014E">
      <w:pPr>
        <w:jc w:val="center"/>
      </w:pPr>
      <w:r>
        <w:rPr>
          <w:b/>
          <w:sz w:val="56"/>
        </w:rPr>
        <w:t>MATEŘSKÁ</w:t>
      </w:r>
      <w:r w:rsidR="00FF6AE0">
        <w:rPr>
          <w:b/>
          <w:sz w:val="56"/>
        </w:rPr>
        <w:t xml:space="preserve"> ŠKOLA CIHELNÍ 1A</w:t>
      </w:r>
      <w:r w:rsidR="00FF6AE0">
        <w:rPr>
          <w:b/>
          <w:sz w:val="56"/>
        </w:rPr>
        <w:br/>
        <w:t xml:space="preserve">PŘIJME </w:t>
      </w:r>
      <w:r>
        <w:rPr>
          <w:b/>
          <w:sz w:val="56"/>
        </w:rPr>
        <w:t>KUCHAŘKU / KUCHAŘE</w:t>
      </w:r>
    </w:p>
    <w:p w:rsidR="00042B92" w:rsidRDefault="00042B92" w:rsidP="0065014E">
      <w:pPr>
        <w:pStyle w:val="Odstavecseseznamem"/>
      </w:pPr>
    </w:p>
    <w:p w:rsidR="0065014E" w:rsidRDefault="0065014E" w:rsidP="0065014E">
      <w:pPr>
        <w:pStyle w:val="Odstavecseseznamem"/>
      </w:pPr>
    </w:p>
    <w:p w:rsidR="00042B92" w:rsidRPr="00F0614F" w:rsidRDefault="0065014E" w:rsidP="00F0614F">
      <w:pPr>
        <w:pStyle w:val="Odstavecseseznamem"/>
        <w:numPr>
          <w:ilvl w:val="0"/>
          <w:numId w:val="10"/>
        </w:numPr>
        <w:rPr>
          <w:sz w:val="32"/>
          <w:szCs w:val="28"/>
        </w:rPr>
      </w:pPr>
      <w:r w:rsidRPr="0065014E">
        <w:rPr>
          <w:sz w:val="32"/>
        </w:rPr>
        <w:t xml:space="preserve">Mateřská </w:t>
      </w:r>
      <w:proofErr w:type="spellStart"/>
      <w:r w:rsidRPr="0065014E">
        <w:rPr>
          <w:sz w:val="32"/>
        </w:rPr>
        <w:t>škola</w:t>
      </w:r>
      <w:proofErr w:type="spellEnd"/>
      <w:r w:rsidRPr="0065014E">
        <w:rPr>
          <w:sz w:val="32"/>
        </w:rPr>
        <w:t xml:space="preserve"> Cihelní </w:t>
      </w:r>
      <w:r w:rsidR="00F0614F">
        <w:rPr>
          <w:sz w:val="32"/>
        </w:rPr>
        <w:t xml:space="preserve">1a </w:t>
      </w:r>
      <w:proofErr w:type="spellStart"/>
      <w:r w:rsidR="00F0614F">
        <w:rPr>
          <w:sz w:val="32"/>
        </w:rPr>
        <w:t>hledá</w:t>
      </w:r>
      <w:proofErr w:type="spellEnd"/>
      <w:r w:rsidR="00FF6AE0" w:rsidRPr="0065014E">
        <w:rPr>
          <w:sz w:val="32"/>
        </w:rPr>
        <w:t xml:space="preserve"> do </w:t>
      </w:r>
      <w:proofErr w:type="spellStart"/>
      <w:r w:rsidR="00FF6AE0" w:rsidRPr="0065014E">
        <w:rPr>
          <w:sz w:val="32"/>
        </w:rPr>
        <w:t>svého</w:t>
      </w:r>
      <w:proofErr w:type="spellEnd"/>
      <w:r w:rsidR="00FF6AE0" w:rsidRPr="0065014E">
        <w:rPr>
          <w:sz w:val="32"/>
        </w:rPr>
        <w:t xml:space="preserve"> </w:t>
      </w:r>
      <w:proofErr w:type="spellStart"/>
      <w:r w:rsidR="00FF6AE0" w:rsidRPr="0065014E">
        <w:rPr>
          <w:sz w:val="32"/>
        </w:rPr>
        <w:t>týmu</w:t>
      </w:r>
      <w:proofErr w:type="spellEnd"/>
      <w:r w:rsidR="00FF6AE0" w:rsidRPr="0065014E">
        <w:rPr>
          <w:sz w:val="32"/>
        </w:rPr>
        <w:t xml:space="preserve"> </w:t>
      </w:r>
      <w:proofErr w:type="spellStart"/>
      <w:r w:rsidR="00FF6AE0" w:rsidRPr="0065014E">
        <w:rPr>
          <w:b/>
          <w:sz w:val="32"/>
        </w:rPr>
        <w:t>vyučenou</w:t>
      </w:r>
      <w:proofErr w:type="spellEnd"/>
      <w:r w:rsidR="00FF6AE0" w:rsidRPr="0065014E">
        <w:rPr>
          <w:b/>
          <w:sz w:val="32"/>
        </w:rPr>
        <w:t xml:space="preserve"> </w:t>
      </w:r>
      <w:proofErr w:type="spellStart"/>
      <w:r w:rsidR="00FF6AE0" w:rsidRPr="0065014E">
        <w:rPr>
          <w:b/>
          <w:sz w:val="32"/>
        </w:rPr>
        <w:t>kuchařku</w:t>
      </w:r>
      <w:proofErr w:type="spellEnd"/>
      <w:r w:rsidRPr="0065014E">
        <w:rPr>
          <w:b/>
          <w:sz w:val="32"/>
        </w:rPr>
        <w:t xml:space="preserve"> </w:t>
      </w:r>
      <w:proofErr w:type="spellStart"/>
      <w:r w:rsidRPr="0065014E">
        <w:rPr>
          <w:b/>
          <w:sz w:val="32"/>
        </w:rPr>
        <w:t>na</w:t>
      </w:r>
      <w:proofErr w:type="spellEnd"/>
      <w:r w:rsidRPr="0065014E">
        <w:rPr>
          <w:b/>
          <w:sz w:val="32"/>
        </w:rPr>
        <w:t xml:space="preserve"> </w:t>
      </w:r>
      <w:proofErr w:type="spellStart"/>
      <w:r w:rsidRPr="0065014E">
        <w:rPr>
          <w:b/>
          <w:sz w:val="32"/>
        </w:rPr>
        <w:t>plný</w:t>
      </w:r>
      <w:proofErr w:type="spellEnd"/>
      <w:r w:rsidRPr="0065014E">
        <w:rPr>
          <w:b/>
          <w:sz w:val="32"/>
        </w:rPr>
        <w:t xml:space="preserve"> </w:t>
      </w:r>
      <w:proofErr w:type="spellStart"/>
      <w:r w:rsidRPr="0065014E">
        <w:rPr>
          <w:b/>
          <w:sz w:val="32"/>
        </w:rPr>
        <w:t>úvazek</w:t>
      </w:r>
      <w:proofErr w:type="spellEnd"/>
      <w:r w:rsidRPr="0065014E">
        <w:rPr>
          <w:b/>
          <w:sz w:val="32"/>
        </w:rPr>
        <w:t>.</w:t>
      </w:r>
      <w:r w:rsidR="00FF6AE0" w:rsidRPr="0065014E">
        <w:rPr>
          <w:sz w:val="24"/>
        </w:rPr>
        <w:t xml:space="preserve"> </w:t>
      </w:r>
      <w:proofErr w:type="spellStart"/>
      <w:r w:rsidR="00FF6AE0" w:rsidRPr="0065014E">
        <w:rPr>
          <w:sz w:val="32"/>
          <w:szCs w:val="28"/>
        </w:rPr>
        <w:t>Výhodou</w:t>
      </w:r>
      <w:proofErr w:type="spellEnd"/>
      <w:r w:rsidR="00FF6AE0" w:rsidRPr="0065014E">
        <w:rPr>
          <w:sz w:val="32"/>
          <w:szCs w:val="28"/>
        </w:rPr>
        <w:t xml:space="preserve"> </w:t>
      </w:r>
      <w:proofErr w:type="spellStart"/>
      <w:r w:rsidR="00FF6AE0" w:rsidRPr="0065014E">
        <w:rPr>
          <w:sz w:val="32"/>
          <w:szCs w:val="28"/>
        </w:rPr>
        <w:t>praxe</w:t>
      </w:r>
      <w:proofErr w:type="spellEnd"/>
      <w:r w:rsidR="00FF6AE0" w:rsidRPr="0065014E">
        <w:rPr>
          <w:sz w:val="32"/>
          <w:szCs w:val="28"/>
        </w:rPr>
        <w:t xml:space="preserve"> v </w:t>
      </w:r>
      <w:proofErr w:type="spellStart"/>
      <w:r w:rsidR="00FF6AE0" w:rsidRPr="0065014E">
        <w:rPr>
          <w:sz w:val="32"/>
          <w:szCs w:val="28"/>
        </w:rPr>
        <w:t>oboru</w:t>
      </w:r>
      <w:proofErr w:type="spellEnd"/>
      <w:r w:rsidR="00FF6AE0" w:rsidRPr="0065014E">
        <w:rPr>
          <w:sz w:val="32"/>
          <w:szCs w:val="28"/>
        </w:rPr>
        <w:t>.</w:t>
      </w:r>
      <w:r w:rsidR="00F0614F" w:rsidRPr="00F0614F">
        <w:rPr>
          <w:sz w:val="32"/>
        </w:rPr>
        <w:t xml:space="preserve"> </w:t>
      </w:r>
      <w:proofErr w:type="spellStart"/>
      <w:r w:rsidR="00F0614F">
        <w:rPr>
          <w:sz w:val="32"/>
        </w:rPr>
        <w:t>Nástup</w:t>
      </w:r>
      <w:proofErr w:type="spellEnd"/>
      <w:r w:rsidR="00F0614F">
        <w:rPr>
          <w:sz w:val="32"/>
        </w:rPr>
        <w:t xml:space="preserve"> </w:t>
      </w:r>
      <w:proofErr w:type="spellStart"/>
      <w:r w:rsidR="00F0614F">
        <w:rPr>
          <w:sz w:val="32"/>
        </w:rPr>
        <w:t>možný</w:t>
      </w:r>
      <w:proofErr w:type="spellEnd"/>
      <w:r w:rsidR="00F0614F">
        <w:rPr>
          <w:sz w:val="32"/>
        </w:rPr>
        <w:t xml:space="preserve"> </w:t>
      </w:r>
      <w:proofErr w:type="spellStart"/>
      <w:r w:rsidR="00F0614F">
        <w:rPr>
          <w:sz w:val="32"/>
        </w:rPr>
        <w:t>ihned</w:t>
      </w:r>
      <w:proofErr w:type="spellEnd"/>
      <w:r w:rsidR="00F0614F">
        <w:rPr>
          <w:sz w:val="32"/>
        </w:rPr>
        <w:t>.</w:t>
      </w:r>
    </w:p>
    <w:p w:rsidR="00F0614F" w:rsidRPr="00F0614F" w:rsidRDefault="00F0614F" w:rsidP="00F0614F">
      <w:pPr>
        <w:pStyle w:val="Odstavecseseznamem"/>
        <w:numPr>
          <w:ilvl w:val="0"/>
          <w:numId w:val="10"/>
        </w:numPr>
        <w:rPr>
          <w:sz w:val="32"/>
          <w:szCs w:val="28"/>
        </w:rPr>
      </w:pPr>
    </w:p>
    <w:p w:rsidR="00F0614F" w:rsidRPr="00F0614F" w:rsidRDefault="00F0614F" w:rsidP="00F0614F">
      <w:pPr>
        <w:ind w:left="360"/>
        <w:rPr>
          <w:sz w:val="32"/>
          <w:szCs w:val="28"/>
        </w:rPr>
      </w:pPr>
      <w:r>
        <w:rPr>
          <w:b/>
          <w:sz w:val="56"/>
        </w:rPr>
        <w:t>MATEŘSKÁ ŠKOLA CIHELNÍ 1A</w:t>
      </w:r>
      <w:r>
        <w:rPr>
          <w:b/>
          <w:sz w:val="56"/>
        </w:rPr>
        <w:br/>
        <w:t>PŘIJME</w:t>
      </w:r>
      <w:r>
        <w:rPr>
          <w:b/>
          <w:sz w:val="56"/>
        </w:rPr>
        <w:t xml:space="preserve"> VEDOUCÍ STRAVOVÁNÍ</w:t>
      </w:r>
    </w:p>
    <w:p w:rsidR="00FF6AE0" w:rsidRPr="0065014E" w:rsidRDefault="00FF6AE0" w:rsidP="0065014E">
      <w:pPr>
        <w:pStyle w:val="Odstavecseseznamem"/>
        <w:numPr>
          <w:ilvl w:val="0"/>
          <w:numId w:val="10"/>
        </w:numPr>
        <w:rPr>
          <w:sz w:val="32"/>
          <w:szCs w:val="28"/>
        </w:rPr>
      </w:pPr>
    </w:p>
    <w:p w:rsidR="00FF6AE0" w:rsidRPr="0065014E" w:rsidRDefault="0065014E" w:rsidP="0065014E">
      <w:pPr>
        <w:pStyle w:val="Odstavecseseznamem"/>
        <w:rPr>
          <w:sz w:val="24"/>
        </w:rPr>
      </w:pPr>
      <w:proofErr w:type="spellStart"/>
      <w:r w:rsidRPr="0065014E">
        <w:rPr>
          <w:sz w:val="32"/>
        </w:rPr>
        <w:t>Mateřská</w:t>
      </w:r>
      <w:proofErr w:type="spellEnd"/>
      <w:r w:rsidRPr="0065014E">
        <w:rPr>
          <w:sz w:val="32"/>
        </w:rPr>
        <w:t xml:space="preserve"> </w:t>
      </w:r>
      <w:proofErr w:type="spellStart"/>
      <w:r w:rsidRPr="0065014E">
        <w:rPr>
          <w:sz w:val="32"/>
        </w:rPr>
        <w:t>škola</w:t>
      </w:r>
      <w:proofErr w:type="spellEnd"/>
      <w:r w:rsidRPr="0065014E">
        <w:rPr>
          <w:sz w:val="32"/>
        </w:rPr>
        <w:t xml:space="preserve"> Cihelní 1a </w:t>
      </w:r>
      <w:proofErr w:type="spellStart"/>
      <w:r w:rsidRPr="0065014E">
        <w:rPr>
          <w:sz w:val="32"/>
        </w:rPr>
        <w:t>hledá</w:t>
      </w:r>
      <w:proofErr w:type="spellEnd"/>
      <w:r w:rsidRPr="0065014E">
        <w:rPr>
          <w:sz w:val="32"/>
        </w:rPr>
        <w:t xml:space="preserve"> </w:t>
      </w:r>
      <w:proofErr w:type="spellStart"/>
      <w:r w:rsidR="00F0614F" w:rsidRPr="00F0614F">
        <w:rPr>
          <w:b/>
          <w:sz w:val="32"/>
          <w:szCs w:val="28"/>
        </w:rPr>
        <w:t>vedoucí</w:t>
      </w:r>
      <w:proofErr w:type="spellEnd"/>
      <w:r w:rsidR="00F0614F" w:rsidRPr="00F0614F">
        <w:rPr>
          <w:b/>
          <w:sz w:val="32"/>
          <w:szCs w:val="28"/>
        </w:rPr>
        <w:t xml:space="preserve"> </w:t>
      </w:r>
      <w:proofErr w:type="spellStart"/>
      <w:r w:rsidR="00F0614F" w:rsidRPr="00F0614F">
        <w:rPr>
          <w:b/>
          <w:sz w:val="32"/>
          <w:szCs w:val="28"/>
        </w:rPr>
        <w:t>stravování</w:t>
      </w:r>
      <w:proofErr w:type="spellEnd"/>
      <w:r w:rsidR="00FF6AE0" w:rsidRPr="00F0614F">
        <w:rPr>
          <w:b/>
          <w:sz w:val="32"/>
          <w:szCs w:val="28"/>
        </w:rPr>
        <w:t>.</w:t>
      </w:r>
      <w:r w:rsidRPr="0065014E">
        <w:rPr>
          <w:sz w:val="32"/>
          <w:szCs w:val="28"/>
        </w:rPr>
        <w:t xml:space="preserve"> </w:t>
      </w:r>
      <w:r w:rsidR="00FF6AE0" w:rsidRPr="0065014E">
        <w:rPr>
          <w:sz w:val="32"/>
          <w:szCs w:val="28"/>
        </w:rPr>
        <w:t xml:space="preserve"> </w:t>
      </w:r>
      <w:proofErr w:type="spellStart"/>
      <w:proofErr w:type="gramStart"/>
      <w:r w:rsidR="00FF6AE0" w:rsidRPr="0065014E">
        <w:rPr>
          <w:sz w:val="32"/>
          <w:szCs w:val="28"/>
        </w:rPr>
        <w:t>Úvázek</w:t>
      </w:r>
      <w:proofErr w:type="spellEnd"/>
      <w:r w:rsidR="00FF6AE0" w:rsidRPr="0065014E">
        <w:rPr>
          <w:sz w:val="32"/>
          <w:szCs w:val="28"/>
        </w:rPr>
        <w:t xml:space="preserve"> :</w:t>
      </w:r>
      <w:proofErr w:type="gramEnd"/>
      <w:r w:rsidR="00FF6AE0" w:rsidRPr="0065014E">
        <w:rPr>
          <w:sz w:val="32"/>
          <w:szCs w:val="28"/>
        </w:rPr>
        <w:t xml:space="preserve"> 0,75</w:t>
      </w:r>
      <w:r w:rsidR="00F0614F">
        <w:rPr>
          <w:sz w:val="32"/>
          <w:szCs w:val="28"/>
        </w:rPr>
        <w:t xml:space="preserve">. </w:t>
      </w:r>
      <w:proofErr w:type="spellStart"/>
      <w:r w:rsidR="00F0614F">
        <w:rPr>
          <w:sz w:val="32"/>
          <w:szCs w:val="28"/>
        </w:rPr>
        <w:t>Nástup</w:t>
      </w:r>
      <w:proofErr w:type="spellEnd"/>
      <w:r w:rsidR="00F0614F">
        <w:rPr>
          <w:sz w:val="32"/>
          <w:szCs w:val="28"/>
        </w:rPr>
        <w:t xml:space="preserve"> </w:t>
      </w:r>
      <w:proofErr w:type="spellStart"/>
      <w:r w:rsidR="00F0614F">
        <w:rPr>
          <w:sz w:val="32"/>
          <w:szCs w:val="28"/>
        </w:rPr>
        <w:t>možný</w:t>
      </w:r>
      <w:proofErr w:type="spellEnd"/>
      <w:r w:rsidR="00F0614F">
        <w:rPr>
          <w:sz w:val="32"/>
          <w:szCs w:val="28"/>
        </w:rPr>
        <w:t xml:space="preserve"> </w:t>
      </w:r>
      <w:proofErr w:type="spellStart"/>
      <w:r w:rsidR="00F0614F">
        <w:rPr>
          <w:sz w:val="32"/>
          <w:szCs w:val="28"/>
        </w:rPr>
        <w:t>ihned</w:t>
      </w:r>
      <w:proofErr w:type="spellEnd"/>
      <w:r w:rsidR="00F0614F">
        <w:rPr>
          <w:sz w:val="32"/>
          <w:szCs w:val="28"/>
        </w:rPr>
        <w:t xml:space="preserve">. </w:t>
      </w:r>
      <w:bookmarkStart w:id="0" w:name="_GoBack"/>
      <w:bookmarkEnd w:id="0"/>
    </w:p>
    <w:p w:rsidR="00FF6AE0" w:rsidRDefault="00FF6AE0">
      <w:pPr>
        <w:jc w:val="center"/>
        <w:rPr>
          <w:b/>
          <w:sz w:val="32"/>
        </w:rPr>
      </w:pPr>
    </w:p>
    <w:p w:rsidR="00FF6AE0" w:rsidRPr="00FF6AE0" w:rsidRDefault="00FF6AE0">
      <w:pPr>
        <w:jc w:val="center"/>
        <w:rPr>
          <w:b/>
          <w:sz w:val="36"/>
        </w:rPr>
      </w:pPr>
    </w:p>
    <w:p w:rsidR="00042B92" w:rsidRPr="00FF6AE0" w:rsidRDefault="0065014E">
      <w:pPr>
        <w:jc w:val="center"/>
        <w:rPr>
          <w:sz w:val="36"/>
        </w:rPr>
      </w:pPr>
      <w:r w:rsidRPr="00FF6AE0">
        <w:rPr>
          <w:b/>
          <w:sz w:val="36"/>
        </w:rPr>
        <w:t xml:space="preserve">V </w:t>
      </w:r>
      <w:proofErr w:type="spellStart"/>
      <w:r w:rsidRPr="00FF6AE0">
        <w:rPr>
          <w:b/>
          <w:sz w:val="36"/>
        </w:rPr>
        <w:t>případě</w:t>
      </w:r>
      <w:proofErr w:type="spellEnd"/>
      <w:r w:rsidRPr="00FF6AE0">
        <w:rPr>
          <w:b/>
          <w:sz w:val="36"/>
        </w:rPr>
        <w:t xml:space="preserve"> </w:t>
      </w:r>
      <w:proofErr w:type="spellStart"/>
      <w:r w:rsidRPr="00FF6AE0">
        <w:rPr>
          <w:b/>
          <w:sz w:val="36"/>
        </w:rPr>
        <w:t>zájmu</w:t>
      </w:r>
      <w:proofErr w:type="spellEnd"/>
      <w:r w:rsidRPr="00FF6AE0">
        <w:rPr>
          <w:b/>
          <w:sz w:val="36"/>
        </w:rPr>
        <w:t xml:space="preserve"> </w:t>
      </w:r>
      <w:proofErr w:type="spellStart"/>
      <w:r w:rsidRPr="00FF6AE0">
        <w:rPr>
          <w:b/>
          <w:sz w:val="36"/>
        </w:rPr>
        <w:t>nás</w:t>
      </w:r>
      <w:proofErr w:type="spellEnd"/>
      <w:r w:rsidRPr="00FF6AE0">
        <w:rPr>
          <w:b/>
          <w:sz w:val="36"/>
        </w:rPr>
        <w:t xml:space="preserve"> </w:t>
      </w:r>
      <w:proofErr w:type="spellStart"/>
      <w:r w:rsidRPr="00FF6AE0">
        <w:rPr>
          <w:b/>
          <w:sz w:val="36"/>
        </w:rPr>
        <w:t>kontaktujte</w:t>
      </w:r>
      <w:proofErr w:type="spellEnd"/>
      <w:r w:rsidRPr="00FF6AE0">
        <w:rPr>
          <w:b/>
          <w:sz w:val="36"/>
        </w:rPr>
        <w:t>:</w:t>
      </w:r>
      <w:r w:rsidRPr="00FF6AE0">
        <w:rPr>
          <w:b/>
          <w:sz w:val="36"/>
        </w:rPr>
        <w:br/>
      </w:r>
      <w:r w:rsidRPr="00FF6AE0">
        <w:rPr>
          <w:sz w:val="36"/>
        </w:rPr>
        <w:t xml:space="preserve"> +420 604 930 773</w:t>
      </w:r>
      <w:r w:rsidRPr="00FF6AE0">
        <w:rPr>
          <w:sz w:val="36"/>
        </w:rPr>
        <w:br/>
      </w:r>
      <w:hyperlink r:id="rId6" w:history="1">
        <w:r w:rsidR="00FF6AE0" w:rsidRPr="00FF6AE0">
          <w:rPr>
            <w:rStyle w:val="Hypertextovodkaz"/>
            <w:sz w:val="36"/>
          </w:rPr>
          <w:t>reditelka@mscihelni1a.cz</w:t>
        </w:r>
      </w:hyperlink>
    </w:p>
    <w:p w:rsidR="00FF6AE0" w:rsidRDefault="00FF6AE0" w:rsidP="00FF6AE0">
      <w:r>
        <w:rPr>
          <w:sz w:val="32"/>
        </w:rPr>
        <w:t xml:space="preserve"> </w:t>
      </w:r>
    </w:p>
    <w:sectPr w:rsidR="00FF6AE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8A655E"/>
    <w:multiLevelType w:val="hybridMultilevel"/>
    <w:tmpl w:val="45D43A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2B92"/>
    <w:rsid w:val="0006063C"/>
    <w:rsid w:val="0015074B"/>
    <w:rsid w:val="0029639D"/>
    <w:rsid w:val="00326F90"/>
    <w:rsid w:val="0065014E"/>
    <w:rsid w:val="00AA1D8D"/>
    <w:rsid w:val="00B47730"/>
    <w:rsid w:val="00CB0664"/>
    <w:rsid w:val="00EE3962"/>
    <w:rsid w:val="00F0614F"/>
    <w:rsid w:val="00FC693F"/>
    <w:rsid w:val="00FF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A9294"/>
  <w14:defaultImageDpi w14:val="300"/>
  <w15:docId w15:val="{00CF2C22-7871-466D-97C6-EBE94F3B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textovodkaz">
    <w:name w:val="Hyperlink"/>
    <w:basedOn w:val="Standardnpsmoodstavce"/>
    <w:uiPriority w:val="99"/>
    <w:unhideWhenUsed/>
    <w:rsid w:val="00FF6AE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6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ditelka@mscihelni1a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CC79A7-DDE9-4C97-90AA-3BED5F8EC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cp:lastPrinted>2026-10-21T10:04:00Z</cp:lastPrinted>
  <dcterms:created xsi:type="dcterms:W3CDTF">2026-10-21T10:04:00Z</dcterms:created>
  <dcterms:modified xsi:type="dcterms:W3CDTF">2026-10-21T10:04:00Z</dcterms:modified>
  <cp:category/>
</cp:coreProperties>
</file>